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1402A4DF" w14:textId="77777777" w:rsidTr="007118B8">
        <w:trPr>
          <w:trHeight w:val="1585"/>
        </w:trPr>
        <w:tc>
          <w:tcPr>
            <w:tcW w:w="2115" w:type="dxa"/>
          </w:tcPr>
          <w:p w14:paraId="5A07509A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65AC09D9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447BCD16" w14:textId="77777777" w:rsidR="002454D4" w:rsidRPr="00802F99" w:rsidRDefault="00B8710D" w:rsidP="002454D4">
      <w:pPr>
        <w:pBdr>
          <w:bottom w:val="single" w:sz="10" w:space="0" w:color="C59C57"/>
        </w:pBdr>
        <w:spacing w:after="300"/>
        <w:jc w:val="center"/>
        <w:rPr>
          <w:b/>
          <w:bCs/>
        </w:rPr>
      </w:pPr>
      <w:r>
        <w:rPr>
          <w:b/>
          <w:bCs/>
        </w:rPr>
        <w:t>MEZUNİYET İLİŞİK KESME FORMU</w:t>
      </w:r>
    </w:p>
    <w:p w14:paraId="5C77A92B" w14:textId="77777777" w:rsidR="009040A8" w:rsidRDefault="00000000">
      <w:pPr>
        <w:spacing w:after="200"/>
        <w:jc w:val="center"/>
      </w:pPr>
      <w:r>
        <w:rPr>
          <w:b/>
        </w:rPr>
        <w:t>LİSANSÜSTÜ EĞİTİM ENSTİTÜSÜ MÜDÜRLÜĞÜNE</w:t>
      </w:r>
    </w:p>
    <w:p w14:paraId="75A1D133" w14:textId="77777777" w:rsidR="009040A8" w:rsidRPr="00430590" w:rsidRDefault="00000000" w:rsidP="00D613DE">
      <w:pPr>
        <w:spacing w:after="100"/>
        <w:ind w:firstLine="720"/>
        <w:jc w:val="both"/>
        <w:rPr>
          <w:sz w:val="18"/>
          <w:szCs w:val="18"/>
        </w:rPr>
      </w:pPr>
      <w:r w:rsidRPr="00430590">
        <w:rPr>
          <w:sz w:val="18"/>
          <w:szCs w:val="18"/>
        </w:rPr>
        <w:t>Enstitünüz ................................ Ana Bilim Dalı ........................ numaralı öğrencisiyim. .... / .... / 202.. tarihinde tez savunma sınavına girdim ve başarılı oldum. Mezuniyetim için gerekli evrak ektedir.</w:t>
      </w:r>
    </w:p>
    <w:p w14:paraId="5BE39806" w14:textId="77777777" w:rsidR="009040A8" w:rsidRPr="00430590" w:rsidRDefault="00000000" w:rsidP="00D613DE">
      <w:pPr>
        <w:spacing w:after="120"/>
        <w:ind w:firstLine="720"/>
        <w:rPr>
          <w:sz w:val="18"/>
          <w:szCs w:val="18"/>
        </w:rPr>
      </w:pPr>
      <w:r w:rsidRPr="00430590">
        <w:rPr>
          <w:sz w:val="18"/>
          <w:szCs w:val="18"/>
        </w:rPr>
        <w:t>Gereğini saygılarımla arz ederim.     .... / .... / 202..</w:t>
      </w:r>
    </w:p>
    <w:p w14:paraId="454BF9D1" w14:textId="77777777" w:rsidR="009040A8" w:rsidRPr="00E2518B" w:rsidRDefault="00000000">
      <w:pPr>
        <w:spacing w:before="240" w:after="100"/>
        <w:jc w:val="right"/>
        <w:rPr>
          <w:sz w:val="18"/>
          <w:szCs w:val="18"/>
        </w:rPr>
      </w:pPr>
      <w:r w:rsidRPr="00E2518B">
        <w:rPr>
          <w:sz w:val="18"/>
          <w:szCs w:val="18"/>
        </w:rPr>
        <w:t>(Adı, Soyadı, İmza)</w:t>
      </w:r>
    </w:p>
    <w:p w14:paraId="0EBBA663" w14:textId="77777777" w:rsidR="009040A8" w:rsidRPr="00E2518B" w:rsidRDefault="00000000">
      <w:pPr>
        <w:spacing w:after="60"/>
        <w:rPr>
          <w:sz w:val="18"/>
          <w:szCs w:val="18"/>
        </w:rPr>
      </w:pPr>
      <w:r w:rsidRPr="00E2518B">
        <w:rPr>
          <w:b/>
          <w:sz w:val="18"/>
          <w:szCs w:val="18"/>
        </w:rPr>
        <w:t xml:space="preserve">GSM : </w:t>
      </w:r>
      <w:r w:rsidRPr="00E2518B">
        <w:rPr>
          <w:sz w:val="18"/>
          <w:szCs w:val="18"/>
        </w:rPr>
        <w:t>..................................................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154AE" w:rsidRPr="00430590" w14:paraId="2979EE2E" w14:textId="77777777" w:rsidTr="00A154AE">
        <w:trPr>
          <w:cantSplit/>
        </w:trPr>
        <w:tc>
          <w:tcPr>
            <w:tcW w:w="4791" w:type="dxa"/>
            <w:tcBorders>
              <w:bottom w:val="single" w:sz="8" w:space="0" w:color="D5BC8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92E977" w14:textId="7FD7DBE7" w:rsidR="00A154AE" w:rsidRPr="00A154AE" w:rsidRDefault="00A154AE">
            <w:pPr>
              <w:spacing w:after="80"/>
              <w:rPr>
                <w:sz w:val="18"/>
                <w:szCs w:val="18"/>
              </w:rPr>
            </w:pPr>
            <w:r w:rsidRPr="00430590">
              <w:rPr>
                <w:b/>
                <w:sz w:val="18"/>
                <w:szCs w:val="18"/>
              </w:rPr>
              <w:t>Danışman Öğretim Üyesi</w:t>
            </w:r>
          </w:p>
        </w:tc>
        <w:tc>
          <w:tcPr>
            <w:tcW w:w="4791" w:type="dxa"/>
            <w:tcBorders>
              <w:bottom w:val="single" w:sz="8" w:space="0" w:color="D5BC8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132B88" w14:textId="32B228B1" w:rsidR="00A154AE" w:rsidRPr="00A154AE" w:rsidRDefault="00A154AE">
            <w:pPr>
              <w:spacing w:after="80"/>
              <w:rPr>
                <w:sz w:val="18"/>
                <w:szCs w:val="18"/>
              </w:rPr>
            </w:pPr>
            <w:r w:rsidRPr="00430590">
              <w:rPr>
                <w:b/>
                <w:sz w:val="18"/>
                <w:szCs w:val="18"/>
              </w:rPr>
              <w:t>Ana Bilim Dalı Başkan</w:t>
            </w:r>
          </w:p>
        </w:tc>
      </w:tr>
      <w:tr w:rsidR="009040A8" w:rsidRPr="00430590" w14:paraId="604276D6" w14:textId="77777777" w:rsidTr="00A154AE">
        <w:trPr>
          <w:cantSplit/>
        </w:trPr>
        <w:tc>
          <w:tcPr>
            <w:tcW w:w="4791" w:type="dxa"/>
            <w:tcBorders>
              <w:top w:val="single" w:sz="8" w:space="0" w:color="D5BC8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7FEA2" w14:textId="77777777" w:rsidR="009040A8" w:rsidRPr="00430590" w:rsidRDefault="00000000">
            <w:pPr>
              <w:spacing w:after="60"/>
              <w:rPr>
                <w:sz w:val="18"/>
                <w:szCs w:val="18"/>
              </w:rPr>
            </w:pPr>
            <w:r w:rsidRPr="00430590">
              <w:rPr>
                <w:sz w:val="18"/>
                <w:szCs w:val="18"/>
              </w:rPr>
              <w:t>Tez kitapçıklarını ve jüri üyelerine teslim edilecek tezi/tezleri teslim aldım.</w:t>
            </w:r>
          </w:p>
          <w:p w14:paraId="70D08363" w14:textId="77777777" w:rsidR="009040A8" w:rsidRPr="00430590" w:rsidRDefault="00000000">
            <w:pPr>
              <w:spacing w:before="240" w:after="60"/>
              <w:rPr>
                <w:sz w:val="18"/>
                <w:szCs w:val="18"/>
              </w:rPr>
            </w:pPr>
            <w:r w:rsidRPr="00430590">
              <w:rPr>
                <w:b/>
                <w:sz w:val="18"/>
                <w:szCs w:val="18"/>
              </w:rPr>
              <w:t xml:space="preserve">Adı Soyadı : </w:t>
            </w:r>
            <w:r w:rsidRPr="00430590">
              <w:rPr>
                <w:sz w:val="18"/>
                <w:szCs w:val="18"/>
              </w:rPr>
              <w:t>..................................................</w:t>
            </w:r>
          </w:p>
          <w:p w14:paraId="0A4D6B73" w14:textId="77777777" w:rsidR="009040A8" w:rsidRPr="00430590" w:rsidRDefault="00000000">
            <w:pPr>
              <w:rPr>
                <w:sz w:val="18"/>
                <w:szCs w:val="18"/>
              </w:rPr>
            </w:pPr>
            <w:r w:rsidRPr="00430590">
              <w:rPr>
                <w:b/>
                <w:sz w:val="18"/>
                <w:szCs w:val="18"/>
              </w:rPr>
              <w:t xml:space="preserve">İmza : </w:t>
            </w:r>
            <w:r w:rsidRPr="00430590">
              <w:rPr>
                <w:sz w:val="18"/>
                <w:szCs w:val="18"/>
              </w:rPr>
              <w:t>..................................................</w:t>
            </w:r>
          </w:p>
        </w:tc>
        <w:tc>
          <w:tcPr>
            <w:tcW w:w="4791" w:type="dxa"/>
            <w:tcBorders>
              <w:top w:val="single" w:sz="8" w:space="0" w:color="D5BC8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97F26" w14:textId="77777777" w:rsidR="009040A8" w:rsidRPr="00430590" w:rsidRDefault="00000000">
            <w:pPr>
              <w:spacing w:after="60"/>
              <w:rPr>
                <w:sz w:val="18"/>
                <w:szCs w:val="18"/>
              </w:rPr>
            </w:pPr>
            <w:r w:rsidRPr="00430590">
              <w:rPr>
                <w:sz w:val="18"/>
                <w:szCs w:val="18"/>
              </w:rPr>
              <w:t>Tez kitapçığını teslim aldım.</w:t>
            </w:r>
          </w:p>
          <w:p w14:paraId="398FC0C7" w14:textId="77777777" w:rsidR="009040A8" w:rsidRPr="00430590" w:rsidRDefault="00000000">
            <w:pPr>
              <w:spacing w:before="240" w:after="60"/>
              <w:rPr>
                <w:sz w:val="18"/>
                <w:szCs w:val="18"/>
              </w:rPr>
            </w:pPr>
            <w:r w:rsidRPr="00430590">
              <w:rPr>
                <w:b/>
                <w:sz w:val="18"/>
                <w:szCs w:val="18"/>
              </w:rPr>
              <w:t xml:space="preserve">Adı Soyadı : </w:t>
            </w:r>
            <w:r w:rsidRPr="00430590">
              <w:rPr>
                <w:sz w:val="18"/>
                <w:szCs w:val="18"/>
              </w:rPr>
              <w:t>..................................................</w:t>
            </w:r>
          </w:p>
          <w:p w14:paraId="5AE36264" w14:textId="77777777" w:rsidR="009040A8" w:rsidRPr="00430590" w:rsidRDefault="00000000">
            <w:pPr>
              <w:rPr>
                <w:sz w:val="18"/>
                <w:szCs w:val="18"/>
              </w:rPr>
            </w:pPr>
            <w:r w:rsidRPr="00430590">
              <w:rPr>
                <w:b/>
                <w:sz w:val="18"/>
                <w:szCs w:val="18"/>
              </w:rPr>
              <w:t xml:space="preserve">İmza : </w:t>
            </w:r>
            <w:r w:rsidRPr="00430590">
              <w:rPr>
                <w:sz w:val="18"/>
                <w:szCs w:val="18"/>
              </w:rPr>
              <w:t>..................................................</w:t>
            </w:r>
          </w:p>
        </w:tc>
      </w:tr>
    </w:tbl>
    <w:p w14:paraId="538044CF" w14:textId="77777777" w:rsidR="00A154AE" w:rsidRDefault="00A154AE" w:rsidP="00A154AE">
      <w:pPr>
        <w:keepNext/>
        <w:pBdr>
          <w:bottom w:val="single" w:sz="8" w:space="3" w:color="D5BC8A"/>
        </w:pBdr>
        <w:tabs>
          <w:tab w:val="left" w:pos="4962"/>
        </w:tabs>
        <w:spacing w:after="100"/>
      </w:pP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154AE" w:rsidRPr="00430590" w14:paraId="301C2412" w14:textId="77777777" w:rsidTr="00A154AE">
        <w:trPr>
          <w:cantSplit/>
        </w:trPr>
        <w:tc>
          <w:tcPr>
            <w:tcW w:w="4791" w:type="dxa"/>
            <w:tcBorders>
              <w:left w:val="single" w:sz="4" w:space="0" w:color="D5BC8A"/>
              <w:bottom w:val="single" w:sz="8" w:space="0" w:color="D5BC8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BC734" w14:textId="7AE50636" w:rsidR="00A154AE" w:rsidRPr="00A154AE" w:rsidRDefault="00A154AE" w:rsidP="00A154AE">
            <w:pPr>
              <w:tabs>
                <w:tab w:val="left" w:pos="1045"/>
                <w:tab w:val="center" w:pos="2275"/>
              </w:tabs>
              <w:rPr>
                <w:b/>
                <w:sz w:val="16"/>
                <w:szCs w:val="16"/>
              </w:rPr>
            </w:pPr>
            <w:r w:rsidRPr="00A154AE">
              <w:rPr>
                <w:b/>
                <w:sz w:val="16"/>
                <w:szCs w:val="16"/>
              </w:rPr>
              <w:t>Kütüphane Ve Dokümantasyon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A154AE">
              <w:rPr>
                <w:b/>
                <w:sz w:val="16"/>
                <w:szCs w:val="16"/>
              </w:rPr>
              <w:t>Daire Başkanliği</w:t>
            </w:r>
          </w:p>
        </w:tc>
        <w:tc>
          <w:tcPr>
            <w:tcW w:w="4791" w:type="dxa"/>
            <w:tcBorders>
              <w:bottom w:val="single" w:sz="8" w:space="0" w:color="D5BC8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618A4" w14:textId="2C74BC8C" w:rsidR="00A154AE" w:rsidRPr="00A154AE" w:rsidRDefault="00A154AE" w:rsidP="00A154AE">
            <w:pPr>
              <w:jc w:val="center"/>
              <w:rPr>
                <w:b/>
                <w:sz w:val="16"/>
                <w:szCs w:val="16"/>
              </w:rPr>
            </w:pPr>
            <w:r w:rsidRPr="00A154AE">
              <w:rPr>
                <w:b/>
                <w:sz w:val="16"/>
                <w:szCs w:val="16"/>
              </w:rPr>
              <w:t>Bilimsel Araştirma Projeleri Koordinasyon Birimi (Bap)</w:t>
            </w:r>
          </w:p>
        </w:tc>
      </w:tr>
      <w:tr w:rsidR="00A154AE" w:rsidRPr="00430590" w14:paraId="1FB701B6" w14:textId="77777777" w:rsidTr="00A154AE">
        <w:trPr>
          <w:cantSplit/>
        </w:trPr>
        <w:tc>
          <w:tcPr>
            <w:tcW w:w="4791" w:type="dxa"/>
            <w:tcBorders>
              <w:top w:val="single" w:sz="8" w:space="0" w:color="D5BC8A"/>
              <w:bottom w:val="single" w:sz="8" w:space="0" w:color="D5BC8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859F35" w14:textId="740117E7" w:rsidR="00A154AE" w:rsidRPr="00A154AE" w:rsidRDefault="00A154AE" w:rsidP="00A154AE">
            <w:pPr>
              <w:spacing w:after="80"/>
              <w:jc w:val="both"/>
              <w:rPr>
                <w:sz w:val="16"/>
                <w:szCs w:val="16"/>
              </w:rPr>
            </w:pPr>
            <w:r w:rsidRPr="00A154AE">
              <w:rPr>
                <w:sz w:val="16"/>
                <w:szCs w:val="16"/>
              </w:rPr>
              <w:t>Kütüphane ve Dokümantasyon Daire Başkanlığımızda ilgili öğrenci adına zimmetli kitap, dergi vb. kayıtlı materyal bulunmamaktadır. Aşağıda işaretlenen belgeleri teslim aldım.</w:t>
            </w:r>
          </w:p>
          <w:p w14:paraId="0C9C16E1" w14:textId="77777777" w:rsidR="00A154AE" w:rsidRPr="00A154AE" w:rsidRDefault="00A154AE" w:rsidP="00A154AE">
            <w:pPr>
              <w:rPr>
                <w:sz w:val="16"/>
                <w:szCs w:val="16"/>
              </w:rPr>
            </w:pPr>
            <w:r w:rsidRPr="00A154AE">
              <w:rPr>
                <w:sz w:val="16"/>
                <w:szCs w:val="16"/>
              </w:rPr>
              <w:t xml:space="preserve">☐ 1 adet CD (Ana Metin)        </w:t>
            </w:r>
          </w:p>
          <w:p w14:paraId="4A0E773E" w14:textId="77777777" w:rsidR="00A154AE" w:rsidRPr="00A154AE" w:rsidRDefault="00A154AE" w:rsidP="00A154AE">
            <w:pPr>
              <w:rPr>
                <w:sz w:val="16"/>
                <w:szCs w:val="16"/>
              </w:rPr>
            </w:pPr>
            <w:r w:rsidRPr="00A154AE">
              <w:rPr>
                <w:sz w:val="16"/>
                <w:szCs w:val="16"/>
              </w:rPr>
              <w:t xml:space="preserve">☐ 1 adet Tez / Dönem Projesi Kitabı          </w:t>
            </w:r>
          </w:p>
          <w:p w14:paraId="213963C3" w14:textId="7EDB9C77" w:rsidR="00A154AE" w:rsidRPr="00A154AE" w:rsidRDefault="00A154AE" w:rsidP="00A154AE">
            <w:pPr>
              <w:rPr>
                <w:sz w:val="16"/>
                <w:szCs w:val="16"/>
              </w:rPr>
            </w:pPr>
            <w:r w:rsidRPr="00A154AE">
              <w:rPr>
                <w:sz w:val="16"/>
                <w:szCs w:val="16"/>
              </w:rPr>
              <w:t>☐ 1 adet Tez Veri Giriş Formu</w:t>
            </w:r>
          </w:p>
          <w:p w14:paraId="121F5F0D" w14:textId="77777777" w:rsidR="00A154AE" w:rsidRPr="00A154AE" w:rsidRDefault="00A154AE" w:rsidP="00BB55B5">
            <w:pPr>
              <w:spacing w:before="240" w:after="60"/>
              <w:rPr>
                <w:sz w:val="16"/>
                <w:szCs w:val="16"/>
              </w:rPr>
            </w:pPr>
            <w:r w:rsidRPr="00A154AE">
              <w:rPr>
                <w:b/>
                <w:sz w:val="16"/>
                <w:szCs w:val="16"/>
              </w:rPr>
              <w:t xml:space="preserve">Adı Soyadı : </w:t>
            </w:r>
            <w:r w:rsidRPr="00A154AE">
              <w:rPr>
                <w:sz w:val="16"/>
                <w:szCs w:val="16"/>
              </w:rPr>
              <w:t>..................................................</w:t>
            </w:r>
          </w:p>
          <w:p w14:paraId="588E259A" w14:textId="77777777" w:rsidR="00A154AE" w:rsidRPr="00A154AE" w:rsidRDefault="00A154AE" w:rsidP="00BB55B5">
            <w:pPr>
              <w:rPr>
                <w:sz w:val="16"/>
                <w:szCs w:val="16"/>
              </w:rPr>
            </w:pPr>
            <w:r w:rsidRPr="00A154AE">
              <w:rPr>
                <w:b/>
                <w:sz w:val="16"/>
                <w:szCs w:val="16"/>
              </w:rPr>
              <w:t xml:space="preserve">İmza : </w:t>
            </w:r>
            <w:r w:rsidRPr="00A154AE">
              <w:rPr>
                <w:sz w:val="16"/>
                <w:szCs w:val="16"/>
              </w:rPr>
              <w:t>..................................................</w:t>
            </w:r>
          </w:p>
        </w:tc>
        <w:tc>
          <w:tcPr>
            <w:tcW w:w="4791" w:type="dxa"/>
            <w:tcBorders>
              <w:top w:val="single" w:sz="8" w:space="0" w:color="D5BC8A"/>
              <w:bottom w:val="single" w:sz="8" w:space="0" w:color="D5BC8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2BEC4" w14:textId="77777777" w:rsidR="00A154AE" w:rsidRPr="00A154AE" w:rsidRDefault="00A154AE" w:rsidP="00A154AE">
            <w:pPr>
              <w:rPr>
                <w:sz w:val="16"/>
                <w:szCs w:val="16"/>
              </w:rPr>
            </w:pPr>
            <w:r w:rsidRPr="00A154AE">
              <w:rPr>
                <w:sz w:val="16"/>
                <w:szCs w:val="16"/>
              </w:rPr>
              <w:t xml:space="preserve">İlgili öğrencinin projesi       </w:t>
            </w:r>
          </w:p>
          <w:p w14:paraId="23CB3850" w14:textId="77777777" w:rsidR="00A154AE" w:rsidRPr="00A154AE" w:rsidRDefault="00A154AE" w:rsidP="00A154AE">
            <w:pPr>
              <w:ind w:left="1440"/>
              <w:rPr>
                <w:sz w:val="16"/>
                <w:szCs w:val="16"/>
              </w:rPr>
            </w:pPr>
            <w:r w:rsidRPr="00A154AE">
              <w:rPr>
                <w:sz w:val="16"/>
                <w:szCs w:val="16"/>
              </w:rPr>
              <w:t xml:space="preserve"> </w:t>
            </w:r>
          </w:p>
          <w:p w14:paraId="7449C3C0" w14:textId="5C7C335C" w:rsidR="00A154AE" w:rsidRPr="00A154AE" w:rsidRDefault="00A154AE" w:rsidP="00A154AE">
            <w:pPr>
              <w:ind w:left="1440"/>
              <w:rPr>
                <w:sz w:val="16"/>
                <w:szCs w:val="16"/>
              </w:rPr>
            </w:pPr>
            <w:r w:rsidRPr="00A154AE">
              <w:rPr>
                <w:sz w:val="16"/>
                <w:szCs w:val="16"/>
              </w:rPr>
              <w:t>☐ Vardır       ☐ Yoktur</w:t>
            </w:r>
          </w:p>
          <w:p w14:paraId="6907B638" w14:textId="77777777" w:rsidR="00A154AE" w:rsidRPr="00A154AE" w:rsidRDefault="00A154AE" w:rsidP="00A154AE">
            <w:pPr>
              <w:spacing w:before="160"/>
              <w:rPr>
                <w:b/>
                <w:sz w:val="16"/>
                <w:szCs w:val="16"/>
              </w:rPr>
            </w:pPr>
            <w:r w:rsidRPr="00A154AE">
              <w:rPr>
                <w:b/>
                <w:sz w:val="16"/>
                <w:szCs w:val="16"/>
              </w:rPr>
              <w:t>BAP Yetkilisi</w:t>
            </w:r>
          </w:p>
          <w:p w14:paraId="0A1D30EB" w14:textId="77777777" w:rsidR="00A154AE" w:rsidRPr="00A154AE" w:rsidRDefault="00A154AE" w:rsidP="00A154AE">
            <w:pPr>
              <w:spacing w:before="160"/>
              <w:rPr>
                <w:sz w:val="16"/>
                <w:szCs w:val="16"/>
              </w:rPr>
            </w:pPr>
          </w:p>
          <w:p w14:paraId="67E665FF" w14:textId="77777777" w:rsidR="00A154AE" w:rsidRPr="00A154AE" w:rsidRDefault="00A154AE" w:rsidP="00A154AE">
            <w:pPr>
              <w:spacing w:before="240"/>
              <w:rPr>
                <w:sz w:val="16"/>
                <w:szCs w:val="16"/>
              </w:rPr>
            </w:pPr>
            <w:r w:rsidRPr="00A154AE">
              <w:rPr>
                <w:b/>
                <w:sz w:val="16"/>
                <w:szCs w:val="16"/>
              </w:rPr>
              <w:t xml:space="preserve">Adı Soyadı : </w:t>
            </w:r>
            <w:r w:rsidRPr="00A154AE">
              <w:rPr>
                <w:sz w:val="16"/>
                <w:szCs w:val="16"/>
              </w:rPr>
              <w:t>..................................................</w:t>
            </w:r>
          </w:p>
          <w:p w14:paraId="68AF149F" w14:textId="0CE3D7CF" w:rsidR="00A154AE" w:rsidRPr="00A154AE" w:rsidRDefault="00A154AE" w:rsidP="00A154AE">
            <w:pPr>
              <w:rPr>
                <w:sz w:val="16"/>
                <w:szCs w:val="16"/>
              </w:rPr>
            </w:pPr>
            <w:r w:rsidRPr="00A154AE">
              <w:rPr>
                <w:b/>
                <w:sz w:val="16"/>
                <w:szCs w:val="16"/>
              </w:rPr>
              <w:t xml:space="preserve">İmza : </w:t>
            </w:r>
            <w:r w:rsidRPr="00A154AE">
              <w:rPr>
                <w:sz w:val="16"/>
                <w:szCs w:val="16"/>
              </w:rPr>
              <w:t>..................................................</w:t>
            </w:r>
          </w:p>
        </w:tc>
      </w:tr>
    </w:tbl>
    <w:p w14:paraId="1B3A6E09" w14:textId="78AF1872" w:rsidR="009040A8" w:rsidRDefault="009040A8" w:rsidP="00430590">
      <w:pPr>
        <w:spacing w:line="240" w:lineRule="auto"/>
      </w:pPr>
    </w:p>
    <w:p w14:paraId="2B9C0D76" w14:textId="77777777" w:rsidR="009040A8" w:rsidRPr="00E2518B" w:rsidRDefault="00000000" w:rsidP="00430590">
      <w:pPr>
        <w:keepNext/>
        <w:pBdr>
          <w:bottom w:val="single" w:sz="8" w:space="0" w:color="D5BC8A"/>
        </w:pBdr>
        <w:spacing w:after="100" w:line="240" w:lineRule="auto"/>
        <w:rPr>
          <w:sz w:val="16"/>
          <w:szCs w:val="16"/>
        </w:rPr>
      </w:pPr>
      <w:r w:rsidRPr="00E2518B">
        <w:rPr>
          <w:b/>
          <w:sz w:val="16"/>
          <w:szCs w:val="16"/>
        </w:rPr>
        <w:t>TESLİM EDİLECEK BELGELER</w:t>
      </w:r>
    </w:p>
    <w:p w14:paraId="1CBD3891" w14:textId="77777777" w:rsidR="009040A8" w:rsidRPr="00E2518B" w:rsidRDefault="00000000" w:rsidP="00430590">
      <w:pPr>
        <w:keepNext/>
        <w:spacing w:before="120" w:after="40" w:line="240" w:lineRule="auto"/>
        <w:ind w:left="360" w:hanging="360"/>
        <w:rPr>
          <w:sz w:val="16"/>
          <w:szCs w:val="16"/>
        </w:rPr>
      </w:pPr>
      <w:r w:rsidRPr="00E2518B">
        <w:rPr>
          <w:sz w:val="16"/>
          <w:szCs w:val="16"/>
        </w:rPr>
        <w:t>☐</w:t>
      </w:r>
      <w:r w:rsidRPr="00E2518B">
        <w:rPr>
          <w:sz w:val="16"/>
          <w:szCs w:val="16"/>
        </w:rPr>
        <w:tab/>
      </w:r>
      <w:r w:rsidRPr="00E2518B">
        <w:rPr>
          <w:b/>
          <w:sz w:val="16"/>
          <w:szCs w:val="16"/>
        </w:rPr>
        <w:t>Tez Yazım Kuralları Kontrol Formu (1 adet)</w:t>
      </w:r>
    </w:p>
    <w:p w14:paraId="222FDE35" w14:textId="77777777" w:rsidR="009040A8" w:rsidRPr="00E2518B" w:rsidRDefault="00000000" w:rsidP="00430590">
      <w:pPr>
        <w:spacing w:after="40" w:line="240" w:lineRule="auto"/>
        <w:ind w:left="720" w:hanging="300"/>
        <w:jc w:val="both"/>
        <w:rPr>
          <w:sz w:val="16"/>
          <w:szCs w:val="16"/>
        </w:rPr>
      </w:pPr>
      <w:r w:rsidRPr="00E2518B">
        <w:rPr>
          <w:sz w:val="16"/>
          <w:szCs w:val="16"/>
        </w:rPr>
        <w:t>–</w:t>
      </w:r>
      <w:r w:rsidRPr="00E2518B">
        <w:rPr>
          <w:sz w:val="16"/>
          <w:szCs w:val="16"/>
        </w:rPr>
        <w:tab/>
        <w:t>Tez danışmanı tarafından kontrol edilip doldurulması gerekir.</w:t>
      </w:r>
    </w:p>
    <w:p w14:paraId="216C4E54" w14:textId="77777777" w:rsidR="009040A8" w:rsidRPr="00E2518B" w:rsidRDefault="00000000" w:rsidP="00430590">
      <w:pPr>
        <w:keepNext/>
        <w:spacing w:before="120" w:after="40" w:line="240" w:lineRule="auto"/>
        <w:ind w:left="360" w:hanging="360"/>
        <w:rPr>
          <w:sz w:val="16"/>
          <w:szCs w:val="16"/>
        </w:rPr>
      </w:pPr>
      <w:r w:rsidRPr="00E2518B">
        <w:rPr>
          <w:sz w:val="16"/>
          <w:szCs w:val="16"/>
        </w:rPr>
        <w:t>☐</w:t>
      </w:r>
      <w:r w:rsidRPr="00E2518B">
        <w:rPr>
          <w:sz w:val="16"/>
          <w:szCs w:val="16"/>
        </w:rPr>
        <w:tab/>
      </w:r>
      <w:r w:rsidRPr="00E2518B">
        <w:rPr>
          <w:b/>
          <w:sz w:val="16"/>
          <w:szCs w:val="16"/>
        </w:rPr>
        <w:t>Tez Onay Sayfası (2 adet)</w:t>
      </w:r>
    </w:p>
    <w:p w14:paraId="5305B366" w14:textId="77777777" w:rsidR="009040A8" w:rsidRPr="00E2518B" w:rsidRDefault="00000000" w:rsidP="00430590">
      <w:pPr>
        <w:spacing w:after="40" w:line="240" w:lineRule="auto"/>
        <w:ind w:left="720" w:hanging="300"/>
        <w:jc w:val="both"/>
        <w:rPr>
          <w:sz w:val="16"/>
          <w:szCs w:val="16"/>
        </w:rPr>
      </w:pPr>
      <w:r w:rsidRPr="00E2518B">
        <w:rPr>
          <w:sz w:val="16"/>
          <w:szCs w:val="16"/>
        </w:rPr>
        <w:t>–</w:t>
      </w:r>
      <w:r w:rsidRPr="00E2518B">
        <w:rPr>
          <w:sz w:val="16"/>
          <w:szCs w:val="16"/>
        </w:rPr>
        <w:tab/>
        <w:t>Jüri üyelerinin imzaladığı ve tezin içine konulan sayfadır.</w:t>
      </w:r>
    </w:p>
    <w:p w14:paraId="1CC02374" w14:textId="77777777" w:rsidR="009040A8" w:rsidRPr="00E2518B" w:rsidRDefault="00000000" w:rsidP="00430590">
      <w:pPr>
        <w:keepNext/>
        <w:spacing w:before="120" w:after="40" w:line="240" w:lineRule="auto"/>
        <w:ind w:left="360" w:hanging="360"/>
        <w:rPr>
          <w:sz w:val="16"/>
          <w:szCs w:val="16"/>
        </w:rPr>
      </w:pPr>
      <w:r w:rsidRPr="00E2518B">
        <w:rPr>
          <w:sz w:val="16"/>
          <w:szCs w:val="16"/>
        </w:rPr>
        <w:t>☐</w:t>
      </w:r>
      <w:r w:rsidRPr="00E2518B">
        <w:rPr>
          <w:sz w:val="16"/>
          <w:szCs w:val="16"/>
        </w:rPr>
        <w:tab/>
      </w:r>
      <w:r w:rsidRPr="00E2518B">
        <w:rPr>
          <w:b/>
          <w:sz w:val="16"/>
          <w:szCs w:val="16"/>
        </w:rPr>
        <w:t>CD (2 adet)</w:t>
      </w:r>
    </w:p>
    <w:p w14:paraId="121CD2FD" w14:textId="77777777" w:rsidR="009040A8" w:rsidRPr="00E2518B" w:rsidRDefault="00000000" w:rsidP="00430590">
      <w:pPr>
        <w:spacing w:after="40" w:line="240" w:lineRule="auto"/>
        <w:ind w:left="720" w:hanging="300"/>
        <w:jc w:val="both"/>
        <w:rPr>
          <w:sz w:val="16"/>
          <w:szCs w:val="16"/>
        </w:rPr>
      </w:pPr>
      <w:r w:rsidRPr="00E2518B">
        <w:rPr>
          <w:sz w:val="16"/>
          <w:szCs w:val="16"/>
        </w:rPr>
        <w:t>–</w:t>
      </w:r>
      <w:r w:rsidRPr="00E2518B">
        <w:rPr>
          <w:sz w:val="16"/>
          <w:szCs w:val="16"/>
        </w:rPr>
        <w:tab/>
        <w:t>1 adet Kütüphane ve Dokümantasyon Daire Başkanlığına, 1 adet Enstitüye teslim edilir.</w:t>
      </w:r>
    </w:p>
    <w:p w14:paraId="76D6F013" w14:textId="77777777" w:rsidR="009040A8" w:rsidRPr="00E2518B" w:rsidRDefault="00000000" w:rsidP="00430590">
      <w:pPr>
        <w:spacing w:after="40" w:line="240" w:lineRule="auto"/>
        <w:ind w:left="720" w:hanging="300"/>
        <w:jc w:val="both"/>
        <w:rPr>
          <w:sz w:val="16"/>
          <w:szCs w:val="16"/>
        </w:rPr>
      </w:pPr>
      <w:r w:rsidRPr="00E2518B">
        <w:rPr>
          <w:sz w:val="16"/>
          <w:szCs w:val="16"/>
        </w:rPr>
        <w:t>–</w:t>
      </w:r>
      <w:r w:rsidRPr="00E2518B">
        <w:rPr>
          <w:sz w:val="16"/>
          <w:szCs w:val="16"/>
        </w:rPr>
        <w:tab/>
        <w:t>CD’ler YÖK’e sunulmak üzere; tez onay sayfası ve özgeçmiş bulunmayan, tez bildirim sayfasında ıslak imza olmayan tek bir PDF dosyası olarak hazırlanmalıdır. Dosya adı, Tez Veri Giriş Formundaki referans numarası olmalıdır.</w:t>
      </w:r>
    </w:p>
    <w:p w14:paraId="2EC503A3" w14:textId="77777777" w:rsidR="009040A8" w:rsidRPr="00E2518B" w:rsidRDefault="00000000" w:rsidP="00430590">
      <w:pPr>
        <w:keepNext/>
        <w:spacing w:before="120" w:after="40" w:line="240" w:lineRule="auto"/>
        <w:ind w:left="360" w:hanging="360"/>
        <w:rPr>
          <w:sz w:val="16"/>
          <w:szCs w:val="16"/>
        </w:rPr>
      </w:pPr>
      <w:r w:rsidRPr="00E2518B">
        <w:rPr>
          <w:sz w:val="16"/>
          <w:szCs w:val="16"/>
        </w:rPr>
        <w:t>☐</w:t>
      </w:r>
      <w:r w:rsidRPr="00E2518B">
        <w:rPr>
          <w:sz w:val="16"/>
          <w:szCs w:val="16"/>
        </w:rPr>
        <w:tab/>
      </w:r>
      <w:r w:rsidRPr="00E2518B">
        <w:rPr>
          <w:b/>
          <w:sz w:val="16"/>
          <w:szCs w:val="16"/>
        </w:rPr>
        <w:t>Tez Kitapçığı (3 adet)</w:t>
      </w:r>
    </w:p>
    <w:p w14:paraId="57294BEC" w14:textId="77777777" w:rsidR="009040A8" w:rsidRPr="00E2518B" w:rsidRDefault="00000000" w:rsidP="00430590">
      <w:pPr>
        <w:spacing w:after="40" w:line="240" w:lineRule="auto"/>
        <w:ind w:left="720" w:hanging="300"/>
        <w:jc w:val="both"/>
        <w:rPr>
          <w:sz w:val="16"/>
          <w:szCs w:val="16"/>
        </w:rPr>
      </w:pPr>
      <w:r w:rsidRPr="00E2518B">
        <w:rPr>
          <w:sz w:val="16"/>
          <w:szCs w:val="16"/>
        </w:rPr>
        <w:t>–</w:t>
      </w:r>
      <w:r w:rsidRPr="00E2518B">
        <w:rPr>
          <w:sz w:val="16"/>
          <w:szCs w:val="16"/>
        </w:rPr>
        <w:tab/>
        <w:t>1 adet Enstitüye, 1 adet Kütüphane ve Dokümantasyon Daire Başkanlığına, 1 adet Ana Bilim Dalı Başkanlığına teslim edilir.</w:t>
      </w:r>
    </w:p>
    <w:p w14:paraId="6652700D" w14:textId="77777777" w:rsidR="009040A8" w:rsidRPr="00E2518B" w:rsidRDefault="00000000" w:rsidP="00430590">
      <w:pPr>
        <w:spacing w:after="40" w:line="240" w:lineRule="auto"/>
        <w:ind w:left="720" w:hanging="300"/>
        <w:jc w:val="both"/>
        <w:rPr>
          <w:sz w:val="16"/>
          <w:szCs w:val="16"/>
        </w:rPr>
      </w:pPr>
      <w:r w:rsidRPr="00E2518B">
        <w:rPr>
          <w:sz w:val="16"/>
          <w:szCs w:val="16"/>
        </w:rPr>
        <w:t>–</w:t>
      </w:r>
      <w:r w:rsidRPr="00E2518B">
        <w:rPr>
          <w:sz w:val="16"/>
          <w:szCs w:val="16"/>
        </w:rPr>
        <w:tab/>
        <w:t>Talep edilmesi hâlinde jüri üyelerine ve danışman öğretim üyesine tez kitapçığı teslim edilmesi öğrencinin sorumluluğundadır.</w:t>
      </w:r>
    </w:p>
    <w:p w14:paraId="03A1A254" w14:textId="77777777" w:rsidR="009040A8" w:rsidRPr="00E2518B" w:rsidRDefault="00000000" w:rsidP="00430590">
      <w:pPr>
        <w:keepNext/>
        <w:spacing w:before="120" w:after="40" w:line="240" w:lineRule="auto"/>
        <w:ind w:left="360" w:hanging="360"/>
        <w:rPr>
          <w:sz w:val="16"/>
          <w:szCs w:val="16"/>
        </w:rPr>
      </w:pPr>
      <w:r w:rsidRPr="00E2518B">
        <w:rPr>
          <w:sz w:val="16"/>
          <w:szCs w:val="16"/>
        </w:rPr>
        <w:t>☐</w:t>
      </w:r>
      <w:r w:rsidRPr="00E2518B">
        <w:rPr>
          <w:sz w:val="16"/>
          <w:szCs w:val="16"/>
        </w:rPr>
        <w:tab/>
      </w:r>
      <w:r w:rsidRPr="00E2518B">
        <w:rPr>
          <w:b/>
          <w:sz w:val="16"/>
          <w:szCs w:val="16"/>
        </w:rPr>
        <w:t>Tez Veri Giriş Formu (3 adet)</w:t>
      </w:r>
    </w:p>
    <w:p w14:paraId="6ADD30CD" w14:textId="77777777" w:rsidR="009040A8" w:rsidRPr="00E2518B" w:rsidRDefault="00000000" w:rsidP="00430590">
      <w:pPr>
        <w:spacing w:after="40" w:line="240" w:lineRule="auto"/>
        <w:ind w:left="720" w:hanging="300"/>
        <w:jc w:val="both"/>
        <w:rPr>
          <w:sz w:val="16"/>
          <w:szCs w:val="16"/>
        </w:rPr>
      </w:pPr>
      <w:r w:rsidRPr="00E2518B">
        <w:rPr>
          <w:sz w:val="16"/>
          <w:szCs w:val="16"/>
        </w:rPr>
        <w:t>–</w:t>
      </w:r>
      <w:r w:rsidRPr="00E2518B">
        <w:rPr>
          <w:sz w:val="16"/>
          <w:szCs w:val="16"/>
        </w:rPr>
        <w:tab/>
        <w:t>1 adet Kütüphane ve Dokümantasyon Daire Başkanlığına, 2 adet Enstitüye teslim edilir.</w:t>
      </w:r>
    </w:p>
    <w:p w14:paraId="42A622D5" w14:textId="77777777" w:rsidR="009040A8" w:rsidRPr="00E2518B" w:rsidRDefault="00000000" w:rsidP="00430590">
      <w:pPr>
        <w:keepNext/>
        <w:spacing w:before="120" w:after="40" w:line="240" w:lineRule="auto"/>
        <w:ind w:left="360" w:hanging="360"/>
        <w:rPr>
          <w:b/>
          <w:sz w:val="16"/>
          <w:szCs w:val="16"/>
        </w:rPr>
      </w:pPr>
      <w:r w:rsidRPr="00E2518B">
        <w:rPr>
          <w:sz w:val="16"/>
          <w:szCs w:val="16"/>
        </w:rPr>
        <w:t>☐</w:t>
      </w:r>
      <w:r w:rsidRPr="00E2518B">
        <w:rPr>
          <w:sz w:val="16"/>
          <w:szCs w:val="16"/>
        </w:rPr>
        <w:tab/>
      </w:r>
      <w:r w:rsidRPr="00E2518B">
        <w:rPr>
          <w:b/>
          <w:sz w:val="16"/>
          <w:szCs w:val="16"/>
        </w:rPr>
        <w:t>Öğrenci Kimliği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2"/>
      </w:tblGrid>
      <w:tr w:rsidR="00E2518B" w:rsidRPr="00430590" w14:paraId="19D6F05E" w14:textId="77777777" w:rsidTr="00CF7A16">
        <w:trPr>
          <w:cantSplit/>
        </w:trPr>
        <w:tc>
          <w:tcPr>
            <w:tcW w:w="9582" w:type="dxa"/>
            <w:tcBorders>
              <w:top w:val="single" w:sz="8" w:space="0" w:color="D5BC8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2DBD1" w14:textId="65BFBDAE" w:rsidR="00E2518B" w:rsidRPr="00430590" w:rsidRDefault="00E2518B" w:rsidP="00BB55B5">
            <w:pP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Kontrol eden ve Mezuniyet İşlemini yapan Enstitü Öğrenci İşleri Birimi Personeli</w:t>
            </w:r>
          </w:p>
          <w:p w14:paraId="4B17C601" w14:textId="77777777" w:rsidR="00E2518B" w:rsidRPr="00430590" w:rsidRDefault="00E2518B" w:rsidP="00BB55B5">
            <w:pPr>
              <w:spacing w:before="240" w:after="60"/>
              <w:rPr>
                <w:sz w:val="18"/>
                <w:szCs w:val="18"/>
              </w:rPr>
            </w:pPr>
            <w:r w:rsidRPr="00430590">
              <w:rPr>
                <w:b/>
                <w:sz w:val="18"/>
                <w:szCs w:val="18"/>
              </w:rPr>
              <w:t xml:space="preserve">Adı Soyadı : </w:t>
            </w:r>
            <w:r w:rsidRPr="00430590">
              <w:rPr>
                <w:sz w:val="18"/>
                <w:szCs w:val="18"/>
              </w:rPr>
              <w:t>..................................................</w:t>
            </w:r>
          </w:p>
          <w:p w14:paraId="6A13EF79" w14:textId="77777777" w:rsidR="00E2518B" w:rsidRPr="00430590" w:rsidRDefault="00E2518B" w:rsidP="00BB55B5">
            <w:pPr>
              <w:rPr>
                <w:sz w:val="18"/>
                <w:szCs w:val="18"/>
              </w:rPr>
            </w:pPr>
            <w:r w:rsidRPr="00430590">
              <w:rPr>
                <w:b/>
                <w:sz w:val="18"/>
                <w:szCs w:val="18"/>
              </w:rPr>
              <w:t xml:space="preserve">İmza : </w:t>
            </w:r>
            <w:r w:rsidRPr="00430590">
              <w:rPr>
                <w:sz w:val="18"/>
                <w:szCs w:val="18"/>
              </w:rPr>
              <w:t>..................................................</w:t>
            </w:r>
          </w:p>
        </w:tc>
      </w:tr>
    </w:tbl>
    <w:p w14:paraId="767E0832" w14:textId="77777777" w:rsidR="00A154AE" w:rsidRPr="00430590" w:rsidRDefault="00A154AE" w:rsidP="00E2518B">
      <w:pPr>
        <w:keepNext/>
        <w:spacing w:before="120" w:after="40" w:line="240" w:lineRule="auto"/>
        <w:rPr>
          <w:sz w:val="18"/>
          <w:szCs w:val="18"/>
        </w:rPr>
      </w:pPr>
    </w:p>
    <w:sectPr w:rsidR="00A154AE" w:rsidRPr="00430590" w:rsidSect="00A154AE">
      <w:pgSz w:w="11906" w:h="16838"/>
      <w:pgMar w:top="737" w:right="1162" w:bottom="462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F6"/>
    <w:rsid w:val="0015074B"/>
    <w:rsid w:val="002454D4"/>
    <w:rsid w:val="0029639D"/>
    <w:rsid w:val="00326F90"/>
    <w:rsid w:val="003A1CEE"/>
    <w:rsid w:val="00430590"/>
    <w:rsid w:val="005A7C45"/>
    <w:rsid w:val="00606584"/>
    <w:rsid w:val="009040A8"/>
    <w:rsid w:val="00A154AE"/>
    <w:rsid w:val="00AA1D8D"/>
    <w:rsid w:val="00AD6073"/>
    <w:rsid w:val="00B47730"/>
    <w:rsid w:val="00B8710D"/>
    <w:rsid w:val="00CA2925"/>
    <w:rsid w:val="00CB0664"/>
    <w:rsid w:val="00D10FD3"/>
    <w:rsid w:val="00D613DE"/>
    <w:rsid w:val="00E251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54C8E2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2026-09-30T07:10:00Z</dcterms:created>
  <dcterms:modified xsi:type="dcterms:W3CDTF">2026-09-30T07:10:00Z</dcterms:modified>
  <cp:category/>
</cp:coreProperties>
</file>